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EE433D" w14:textId="77777777" w:rsidR="00E66242" w:rsidRDefault="005369D0">
      <w:pPr>
        <w:pStyle w:val="NameStyle"/>
        <w:spacing w:after="0"/>
      </w:pPr>
      <w:r>
        <w:t>SHAUN UNDERWOOD</w:t>
      </w:r>
    </w:p>
    <w:p w14:paraId="6B966A6D" w14:textId="77777777" w:rsidR="00E66242" w:rsidRDefault="005369D0">
      <w:pPr>
        <w:pStyle w:val="Subtitle1"/>
        <w:keepNext/>
        <w:spacing w:before="40" w:after="10"/>
      </w:pPr>
      <w:r>
        <w:t>Hands-On CTO | Senior Full Stack Engineer | Solutions Architect | Process Analyst</w:t>
      </w:r>
    </w:p>
    <w:p w14:paraId="047DCDB0" w14:textId="1BF48470" w:rsidR="00E66242" w:rsidRDefault="005369D0">
      <w:pPr>
        <w:pStyle w:val="Contact"/>
        <w:keepNext/>
        <w:spacing w:before="40" w:after="10"/>
      </w:pPr>
      <w:r>
        <w:t xml:space="preserve">Leicestershire, UK | +44 7856 863415 | </w:t>
      </w:r>
      <w:hyperlink r:id="rId6" w:history="1">
        <w:r w:rsidR="0083287F" w:rsidRPr="00111076">
          <w:rPr>
            <w:rStyle w:val="Hyperlink"/>
          </w:rPr>
          <w:t>su@sunderwood.co.uk</w:t>
        </w:r>
      </w:hyperlink>
      <w:r w:rsidR="0083287F">
        <w:t xml:space="preserve"> </w:t>
      </w:r>
      <w:r>
        <w:t xml:space="preserve"> | </w:t>
      </w:r>
      <w:hyperlink r:id="rId7" w:history="1">
        <w:r w:rsidR="00E66242" w:rsidRPr="00E35F92">
          <w:rPr>
            <w:rStyle w:val="Hyperlink"/>
          </w:rPr>
          <w:t xml:space="preserve">linkedin.com/in/shaun-u-71371229a </w:t>
        </w:r>
      </w:hyperlink>
      <w:r w:rsidR="0083287F">
        <w:t xml:space="preserve"> </w:t>
      </w:r>
    </w:p>
    <w:p w14:paraId="0AA6A5BD" w14:textId="77777777" w:rsidR="00344B13" w:rsidRDefault="00344B13">
      <w:pPr>
        <w:pStyle w:val="Contact"/>
        <w:keepNext/>
        <w:spacing w:before="40" w:after="10"/>
      </w:pPr>
    </w:p>
    <w:p w14:paraId="6948969A" w14:textId="77777777" w:rsidR="00E66242" w:rsidRDefault="005369D0">
      <w:pPr>
        <w:pStyle w:val="Heading1"/>
        <w:pBdr>
          <w:bottom w:val="single" w:sz="6" w:space="2" w:color="1F4E79"/>
        </w:pBdr>
      </w:pPr>
      <w:r>
        <w:t>PROFESSIONAL PROFILE</w:t>
      </w:r>
    </w:p>
    <w:p w14:paraId="20C67E98" w14:textId="77777777" w:rsidR="00E66242" w:rsidRDefault="005369D0">
      <w:pPr>
        <w:spacing w:line="240" w:lineRule="auto"/>
      </w:pPr>
      <w:r>
        <w:t>Accomplished technology executive with over 25 years of experience in IT and senior management roles. Demonstrated expertise in IT strategy, project management and team leadership, with a proven record of reducing operational costs, pioneering blockchain solutions and improving system performance and scalability across varied industries.</w:t>
      </w:r>
    </w:p>
    <w:p w14:paraId="75D05983" w14:textId="77777777" w:rsidR="0083287F" w:rsidRDefault="0083287F">
      <w:pPr>
        <w:spacing w:line="240" w:lineRule="auto"/>
      </w:pPr>
    </w:p>
    <w:p w14:paraId="79F34F3A" w14:textId="77777777" w:rsidR="00E66242" w:rsidRDefault="005369D0">
      <w:pPr>
        <w:pStyle w:val="Heading1"/>
        <w:pBdr>
          <w:bottom w:val="single" w:sz="6" w:space="2" w:color="1F4E79"/>
        </w:pBdr>
      </w:pPr>
      <w:r>
        <w:t>CORE STRENGTHS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229"/>
        <w:gridCol w:w="5225"/>
      </w:tblGrid>
      <w:tr w:rsidR="00E66242" w14:paraId="6D035669" w14:textId="77777777">
        <w:tc>
          <w:tcPr>
            <w:tcW w:w="5355" w:type="dxa"/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06336540" w14:textId="77777777" w:rsidR="00E66242" w:rsidRDefault="005369D0">
            <w:pPr>
              <w:spacing w:after="10"/>
            </w:pPr>
            <w:r>
              <w:rPr>
                <w:sz w:val="16"/>
              </w:rPr>
              <w:t>• Technology strategy, IT leadership and C-Team communication</w:t>
            </w:r>
          </w:p>
        </w:tc>
        <w:tc>
          <w:tcPr>
            <w:tcW w:w="5355" w:type="dxa"/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7CC0016B" w14:textId="77777777" w:rsidR="00E66242" w:rsidRDefault="005369D0">
            <w:pPr>
              <w:spacing w:after="10"/>
            </w:pPr>
            <w:r>
              <w:rPr>
                <w:sz w:val="16"/>
              </w:rPr>
              <w:t>• Full stack SaaS product specification and development</w:t>
            </w:r>
          </w:p>
        </w:tc>
      </w:tr>
      <w:tr w:rsidR="00E66242" w14:paraId="735B7776" w14:textId="77777777">
        <w:tc>
          <w:tcPr>
            <w:tcW w:w="5355" w:type="dxa"/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3416F39B" w14:textId="77777777" w:rsidR="00E66242" w:rsidRDefault="005369D0">
            <w:pPr>
              <w:spacing w:after="10"/>
            </w:pPr>
            <w:r>
              <w:rPr>
                <w:sz w:val="16"/>
              </w:rPr>
              <w:t>• Cloud infrastructure scaling, AWS, GCP and serverless architecture</w:t>
            </w:r>
          </w:p>
        </w:tc>
        <w:tc>
          <w:tcPr>
            <w:tcW w:w="5355" w:type="dxa"/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6F8C45B7" w14:textId="77777777" w:rsidR="00E66242" w:rsidRDefault="005369D0">
            <w:pPr>
              <w:spacing w:after="10"/>
            </w:pPr>
            <w:r>
              <w:rPr>
                <w:sz w:val="16"/>
              </w:rPr>
              <w:t xml:space="preserve">• Cost reduction, platform </w:t>
            </w:r>
            <w:proofErr w:type="spellStart"/>
            <w:r>
              <w:rPr>
                <w:sz w:val="16"/>
              </w:rPr>
              <w:t>internalisation</w:t>
            </w:r>
            <w:proofErr w:type="spellEnd"/>
            <w:r>
              <w:rPr>
                <w:sz w:val="16"/>
              </w:rPr>
              <w:t xml:space="preserve"> and performance </w:t>
            </w:r>
            <w:proofErr w:type="spellStart"/>
            <w:r>
              <w:rPr>
                <w:sz w:val="16"/>
              </w:rPr>
              <w:t>optimisation</w:t>
            </w:r>
            <w:proofErr w:type="spellEnd"/>
          </w:p>
        </w:tc>
      </w:tr>
      <w:tr w:rsidR="00E66242" w14:paraId="4AA9470F" w14:textId="77777777">
        <w:tc>
          <w:tcPr>
            <w:tcW w:w="5355" w:type="dxa"/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1702DEFC" w14:textId="77777777" w:rsidR="00E66242" w:rsidRDefault="005369D0">
            <w:pPr>
              <w:spacing w:after="10"/>
            </w:pPr>
            <w:r>
              <w:rPr>
                <w:sz w:val="16"/>
              </w:rPr>
              <w:t>• Blockchain, Web3, NFT platforms and smart contract ecosystems</w:t>
            </w:r>
          </w:p>
        </w:tc>
        <w:tc>
          <w:tcPr>
            <w:tcW w:w="5355" w:type="dxa"/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6431196D" w14:textId="77777777" w:rsidR="00E66242" w:rsidRDefault="005369D0">
            <w:pPr>
              <w:spacing w:after="10"/>
            </w:pPr>
            <w:r>
              <w:rPr>
                <w:sz w:val="16"/>
              </w:rPr>
              <w:t>• AI tooling, automation and full stack engineering workflow improvement</w:t>
            </w:r>
          </w:p>
        </w:tc>
      </w:tr>
      <w:tr w:rsidR="00E66242" w14:paraId="24B208E3" w14:textId="77777777">
        <w:tc>
          <w:tcPr>
            <w:tcW w:w="5355" w:type="dxa"/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24491AF8" w14:textId="77777777" w:rsidR="00E66242" w:rsidRDefault="005369D0">
            <w:pPr>
              <w:spacing w:after="10"/>
              <w:rPr>
                <w:sz w:val="16"/>
              </w:rPr>
            </w:pPr>
            <w:r>
              <w:rPr>
                <w:sz w:val="16"/>
              </w:rPr>
              <w:t>• Cyber Essentials implementation, penetration testing and platform security</w:t>
            </w:r>
          </w:p>
          <w:p w14:paraId="5B17E9D5" w14:textId="77777777" w:rsidR="0083287F" w:rsidRDefault="0083287F">
            <w:pPr>
              <w:spacing w:after="10"/>
            </w:pPr>
          </w:p>
        </w:tc>
        <w:tc>
          <w:tcPr>
            <w:tcW w:w="5355" w:type="dxa"/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3F7272FC" w14:textId="77777777" w:rsidR="00E66242" w:rsidRDefault="005369D0">
            <w:pPr>
              <w:spacing w:after="10"/>
            </w:pPr>
            <w:r>
              <w:rPr>
                <w:sz w:val="16"/>
              </w:rPr>
              <w:t>• Agile Scrum, project management, team mentorship and development practice</w:t>
            </w:r>
          </w:p>
        </w:tc>
      </w:tr>
    </w:tbl>
    <w:p w14:paraId="5D0BB00C" w14:textId="77777777" w:rsidR="00E66242" w:rsidRDefault="005369D0">
      <w:pPr>
        <w:pStyle w:val="Heading1"/>
        <w:pBdr>
          <w:bottom w:val="single" w:sz="6" w:space="2" w:color="1F4E79"/>
        </w:pBdr>
      </w:pPr>
      <w:r>
        <w:t>TECHNICAL PROFILE</w:t>
      </w:r>
    </w:p>
    <w:p w14:paraId="246DB66B" w14:textId="77777777" w:rsidR="00E66242" w:rsidRDefault="005369D0">
      <w:pPr>
        <w:spacing w:line="240" w:lineRule="auto"/>
      </w:pPr>
      <w:r>
        <w:t xml:space="preserve">AWS 8yr, GCP 2yr, TypeScript/JavaScript 10+yr, Vue 4yr, </w:t>
      </w:r>
      <w:proofErr w:type="spellStart"/>
      <w:r>
        <w:t>NuxtJS</w:t>
      </w:r>
      <w:proofErr w:type="spellEnd"/>
      <w:r>
        <w:t xml:space="preserve"> 4yr, ReactJS 8+yr, NodeJS 10+yr, Git 10+yr, SQL 20+yr, Python 3yr, Agile Scrum, GitHub, CI/CD.</w:t>
      </w:r>
    </w:p>
    <w:p w14:paraId="03F7E0CC" w14:textId="77777777" w:rsidR="0083287F" w:rsidRDefault="0083287F">
      <w:pPr>
        <w:spacing w:line="240" w:lineRule="auto"/>
      </w:pPr>
    </w:p>
    <w:p w14:paraId="1FFBFC97" w14:textId="77777777" w:rsidR="00E66242" w:rsidRDefault="005369D0">
      <w:pPr>
        <w:pStyle w:val="Heading1"/>
        <w:pBdr>
          <w:bottom w:val="single" w:sz="6" w:space="2" w:color="1F4E79"/>
        </w:pBdr>
      </w:pPr>
      <w:r>
        <w:t>PROFESSIONAL EXPERIENCE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E66242" w14:paraId="3F443401" w14:textId="77777777">
        <w:trPr>
          <w:jc w:val="center"/>
        </w:trPr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5FEE7" w14:textId="77777777" w:rsidR="00E66242" w:rsidRDefault="005369D0">
            <w:pPr>
              <w:pStyle w:val="RoleLine"/>
              <w:spacing w:after="0"/>
            </w:pPr>
            <w:bookmarkStart w:id="0" w:name="OLE_LINK1"/>
            <w:r>
              <w:t xml:space="preserve">Senior Full Stack Developer </w:t>
            </w:r>
            <w:bookmarkEnd w:id="0"/>
            <w:r>
              <w:t>| My Property Group Ltd</w:t>
            </w:r>
          </w:p>
        </w:tc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0B9C9" w14:textId="77777777" w:rsidR="00E66242" w:rsidRDefault="005369D0">
            <w:pPr>
              <w:spacing w:after="0"/>
              <w:jc w:val="right"/>
            </w:pPr>
            <w:r>
              <w:rPr>
                <w:b/>
                <w:color w:val="1F4E79"/>
              </w:rPr>
              <w:t>Mar 2025 - Present</w:t>
            </w:r>
          </w:p>
        </w:tc>
      </w:tr>
    </w:tbl>
    <w:p w14:paraId="368BD7FD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Own, specify and develop scalable full stack Node and Python SaaS products.</w:t>
      </w:r>
    </w:p>
    <w:p w14:paraId="2DE9E5A5" w14:textId="5ADDB396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Reengineer process to scale AWS cloud infrastructur</w:t>
      </w:r>
      <w:r w:rsidR="00B3215B">
        <w:rPr>
          <w:sz w:val="16"/>
        </w:rPr>
        <w:t xml:space="preserve">e, </w:t>
      </w:r>
      <w:r w:rsidR="00091AC5">
        <w:rPr>
          <w:sz w:val="16"/>
        </w:rPr>
        <w:t>brought on</w:t>
      </w:r>
      <w:r w:rsidR="00B3215B">
        <w:rPr>
          <w:sz w:val="16"/>
        </w:rPr>
        <w:t xml:space="preserve"> 500+ paying customers </w:t>
      </w:r>
    </w:p>
    <w:p w14:paraId="011BB187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 xml:space="preserve">Develop full stack Property Tech AWS hosted applications in React, Vue, </w:t>
      </w:r>
      <w:proofErr w:type="spellStart"/>
      <w:r>
        <w:rPr>
          <w:sz w:val="16"/>
        </w:rPr>
        <w:t>Nuxt</w:t>
      </w:r>
      <w:proofErr w:type="spellEnd"/>
      <w:r>
        <w:rPr>
          <w:sz w:val="16"/>
        </w:rPr>
        <w:t>, Python, TypeScript, Postgres and Mongo.</w:t>
      </w:r>
    </w:p>
    <w:p w14:paraId="1E763F91" w14:textId="77777777" w:rsidR="00E66242" w:rsidRDefault="005369D0">
      <w:pPr>
        <w:spacing w:after="14" w:line="240" w:lineRule="auto"/>
        <w:ind w:left="144" w:hanging="115"/>
        <w:rPr>
          <w:sz w:val="16"/>
        </w:rPr>
      </w:pPr>
      <w:r>
        <w:rPr>
          <w:sz w:val="16"/>
        </w:rPr>
        <w:t>•</w:t>
      </w:r>
      <w:r>
        <w:rPr>
          <w:sz w:val="16"/>
        </w:rPr>
        <w:tab/>
        <w:t>Integrate AI tooling to increase productivity and automation using Cursor, Claude and OpenAI.</w:t>
      </w:r>
    </w:p>
    <w:p w14:paraId="0DBCBFF4" w14:textId="77777777" w:rsidR="00344B13" w:rsidRDefault="00344B13">
      <w:pPr>
        <w:spacing w:after="14" w:line="240" w:lineRule="auto"/>
        <w:ind w:left="144" w:hanging="115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E66242" w14:paraId="4B6D7455" w14:textId="77777777">
        <w:trPr>
          <w:jc w:val="center"/>
        </w:trPr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16802" w14:textId="77777777" w:rsidR="00E66242" w:rsidRDefault="005369D0">
            <w:pPr>
              <w:pStyle w:val="RoleLine"/>
              <w:spacing w:after="0"/>
            </w:pPr>
            <w:r>
              <w:t xml:space="preserve">Chief Technology Officer | </w:t>
            </w:r>
            <w:proofErr w:type="spellStart"/>
            <w:r>
              <w:t>Bamg</w:t>
            </w:r>
            <w:proofErr w:type="spellEnd"/>
            <w:r>
              <w:t xml:space="preserve"> Sports Ltd</w:t>
            </w:r>
          </w:p>
        </w:tc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FDAE5" w14:textId="77777777" w:rsidR="00E66242" w:rsidRDefault="005369D0">
            <w:pPr>
              <w:spacing w:after="0"/>
              <w:jc w:val="right"/>
            </w:pPr>
            <w:r>
              <w:rPr>
                <w:b/>
                <w:color w:val="1F4E79"/>
              </w:rPr>
              <w:t>Nov 2023 - Mar 2025</w:t>
            </w:r>
          </w:p>
        </w:tc>
      </w:tr>
    </w:tbl>
    <w:p w14:paraId="4114C55C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</w:r>
      <w:proofErr w:type="spellStart"/>
      <w:r>
        <w:rPr>
          <w:sz w:val="16"/>
        </w:rPr>
        <w:t>Internalised</w:t>
      </w:r>
      <w:proofErr w:type="spellEnd"/>
      <w:r>
        <w:rPr>
          <w:sz w:val="16"/>
        </w:rPr>
        <w:t xml:space="preserve"> £1M agency-created platforms, achieving full company control.</w:t>
      </w:r>
    </w:p>
    <w:p w14:paraId="54E42426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Reduced technology budget by 60%.</w:t>
      </w:r>
    </w:p>
    <w:p w14:paraId="4F4BBBD1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Established procedures and practices to enhance maintenance and development processes.</w:t>
      </w:r>
    </w:p>
    <w:p w14:paraId="27711DFD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Engineered tools to automate NFT authoring, management and distribution.</w:t>
      </w:r>
    </w:p>
    <w:p w14:paraId="39983D51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Project managed with Agile Scrum and provided mentorship to team members.</w:t>
      </w:r>
    </w:p>
    <w:p w14:paraId="20750E11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Kept the C-Team abreast of developments and set out IT strategy to align with company goals.</w:t>
      </w:r>
    </w:p>
    <w:p w14:paraId="45A95A26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Implemented Cyber Essentials certification across the platform and penetration testing.</w:t>
      </w:r>
    </w:p>
    <w:p w14:paraId="0CF43195" w14:textId="77777777" w:rsidR="00E66242" w:rsidRDefault="005369D0">
      <w:pPr>
        <w:pStyle w:val="SmallTech"/>
        <w:spacing w:after="24" w:line="240" w:lineRule="auto"/>
        <w:ind w:left="238"/>
      </w:pPr>
      <w:r>
        <w:rPr>
          <w:b/>
        </w:rPr>
        <w:t xml:space="preserve">Technology: </w:t>
      </w:r>
      <w:r>
        <w:t xml:space="preserve">GCP, Polygon, Solidity contracts, NodeJS, TypeScript, Python, Jest, </w:t>
      </w:r>
      <w:proofErr w:type="spellStart"/>
      <w:r>
        <w:t>NestJS</w:t>
      </w:r>
      <w:proofErr w:type="spellEnd"/>
      <w:r>
        <w:t xml:space="preserve">, </w:t>
      </w:r>
      <w:proofErr w:type="spellStart"/>
      <w:r>
        <w:t>VueJS</w:t>
      </w:r>
      <w:proofErr w:type="spellEnd"/>
      <w:r>
        <w:t xml:space="preserve">, </w:t>
      </w:r>
      <w:proofErr w:type="spellStart"/>
      <w:r>
        <w:t>NuxtJS</w:t>
      </w:r>
      <w:proofErr w:type="spellEnd"/>
      <w:r>
        <w:t xml:space="preserve">, ReactJS, Postgres, MongoDB, Web3, Ethers, Tailwind, Rest APIs, </w:t>
      </w:r>
      <w:proofErr w:type="spellStart"/>
      <w:r>
        <w:t>GraphQL</w:t>
      </w:r>
      <w:proofErr w:type="spellEnd"/>
      <w:r>
        <w:t>, PHP.</w:t>
      </w:r>
    </w:p>
    <w:p w14:paraId="3FEB219E" w14:textId="77777777" w:rsidR="00344B13" w:rsidRDefault="00344B13">
      <w:pPr>
        <w:pStyle w:val="SmallTech"/>
        <w:spacing w:after="24" w:line="240" w:lineRule="auto"/>
        <w:ind w:left="238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E66242" w14:paraId="5F1BE72D" w14:textId="77777777">
        <w:trPr>
          <w:jc w:val="center"/>
        </w:trPr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EE970" w14:textId="77777777" w:rsidR="00E66242" w:rsidRDefault="005369D0">
            <w:pPr>
              <w:pStyle w:val="RoleLine"/>
              <w:spacing w:after="0"/>
            </w:pPr>
            <w:r>
              <w:t xml:space="preserve">Chief Technology Officer | </w:t>
            </w:r>
            <w:proofErr w:type="spellStart"/>
            <w:r>
              <w:t>Fantastec</w:t>
            </w:r>
            <w:proofErr w:type="spellEnd"/>
            <w:r>
              <w:t xml:space="preserve"> Sports Technology Ltd</w:t>
            </w:r>
          </w:p>
        </w:tc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E2C07" w14:textId="77777777" w:rsidR="00E66242" w:rsidRDefault="005369D0">
            <w:pPr>
              <w:spacing w:after="0"/>
              <w:jc w:val="right"/>
            </w:pPr>
            <w:r>
              <w:rPr>
                <w:b/>
                <w:color w:val="1F4E79"/>
              </w:rPr>
              <w:t>Nov 2020 - Nov 2023</w:t>
            </w:r>
          </w:p>
        </w:tc>
      </w:tr>
    </w:tbl>
    <w:p w14:paraId="4C8092FF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Slashed monthly running costs from £24k to £1k.</w:t>
      </w:r>
    </w:p>
    <w:p w14:paraId="7B941ED1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Launched the world’s first mobile application for the Flow blockchain.</w:t>
      </w:r>
    </w:p>
    <w:p w14:paraId="7C6F447D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Facilitated migration of 150k users and 3m NFT assets from private to public blockchains.</w:t>
      </w:r>
    </w:p>
    <w:p w14:paraId="53A36652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Accelerated NFT minting process from days to seconds.</w:t>
      </w:r>
    </w:p>
    <w:p w14:paraId="3E993BD2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Redesigned application architecture for improved performance.</w:t>
      </w:r>
    </w:p>
    <w:p w14:paraId="1798AD93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</w:r>
      <w:proofErr w:type="spellStart"/>
      <w:r>
        <w:rPr>
          <w:sz w:val="16"/>
        </w:rPr>
        <w:t>Optimised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ReactNative</w:t>
      </w:r>
      <w:proofErr w:type="spellEnd"/>
      <w:r>
        <w:rPr>
          <w:sz w:val="16"/>
        </w:rPr>
        <w:t xml:space="preserve"> app response times, decreasing from 60s to under 0.5s.</w:t>
      </w:r>
    </w:p>
    <w:p w14:paraId="5747A26A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Acquired Cyber Essentials certification across the platform.</w:t>
      </w:r>
    </w:p>
    <w:p w14:paraId="722E9751" w14:textId="77777777" w:rsidR="00E66242" w:rsidRDefault="005369D0">
      <w:pPr>
        <w:pStyle w:val="SmallTech"/>
        <w:spacing w:after="24" w:line="240" w:lineRule="auto"/>
        <w:ind w:left="238"/>
      </w:pPr>
      <w:r>
        <w:rPr>
          <w:b/>
        </w:rPr>
        <w:t xml:space="preserve">Technology: </w:t>
      </w:r>
      <w:r>
        <w:t xml:space="preserve">AWS, Flow Blockchain, Cadence smart contracts, NodeJS, TypeScript, Jest, </w:t>
      </w:r>
      <w:proofErr w:type="spellStart"/>
      <w:r>
        <w:t>NestJS</w:t>
      </w:r>
      <w:proofErr w:type="spellEnd"/>
      <w:r>
        <w:t xml:space="preserve">, Prisma, Postgres, Kubernetes, MongoDB, bastion, ReactJS, Rest APIs, </w:t>
      </w:r>
      <w:proofErr w:type="spellStart"/>
      <w:r>
        <w:t>ReactNative</w:t>
      </w:r>
      <w:proofErr w:type="spellEnd"/>
      <w:r>
        <w:t>, Python, data bricks, serverless.</w:t>
      </w:r>
    </w:p>
    <w:p w14:paraId="4992A781" w14:textId="77777777" w:rsidR="00344B13" w:rsidRDefault="00344B13">
      <w:pPr>
        <w:pStyle w:val="SmallTech"/>
        <w:spacing w:after="24" w:line="240" w:lineRule="auto"/>
        <w:ind w:left="238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E66242" w14:paraId="38C9A5D9" w14:textId="77777777">
        <w:trPr>
          <w:jc w:val="center"/>
        </w:trPr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00454" w14:textId="77777777" w:rsidR="00E66242" w:rsidRDefault="005369D0">
            <w:pPr>
              <w:pStyle w:val="RoleLine"/>
              <w:spacing w:after="0"/>
            </w:pPr>
            <w:r>
              <w:t xml:space="preserve">Senior Full Stack Engineer | </w:t>
            </w:r>
            <w:proofErr w:type="spellStart"/>
            <w:r>
              <w:t>Oparo</w:t>
            </w:r>
            <w:proofErr w:type="spellEnd"/>
            <w:r>
              <w:t xml:space="preserve"> Ltd</w:t>
            </w:r>
          </w:p>
        </w:tc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2AE68" w14:textId="77777777" w:rsidR="00E66242" w:rsidRDefault="005369D0">
            <w:pPr>
              <w:spacing w:after="0"/>
              <w:jc w:val="right"/>
            </w:pPr>
            <w:r>
              <w:rPr>
                <w:b/>
                <w:color w:val="1F4E79"/>
              </w:rPr>
              <w:t>Jun 2020 - Mar 2025</w:t>
            </w:r>
          </w:p>
        </w:tc>
      </w:tr>
    </w:tbl>
    <w:p w14:paraId="2AEC4183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Specified full stack systems using latest technology to build software that supports affordable housing initiatives.</w:t>
      </w:r>
    </w:p>
    <w:p w14:paraId="449A0399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Investigated new technology including AI tools and cloud infrastructure to reduce time to market and improve existing products.</w:t>
      </w:r>
    </w:p>
    <w:p w14:paraId="6388E995" w14:textId="77777777" w:rsidR="00E66242" w:rsidRDefault="005369D0">
      <w:pPr>
        <w:pStyle w:val="SmallTech"/>
        <w:spacing w:after="24" w:line="240" w:lineRule="auto"/>
        <w:ind w:left="238"/>
      </w:pPr>
      <w:r>
        <w:rPr>
          <w:b/>
        </w:rPr>
        <w:t xml:space="preserve">Technology: </w:t>
      </w:r>
      <w:r>
        <w:t xml:space="preserve">AWS, serverless, </w:t>
      </w:r>
      <w:proofErr w:type="spellStart"/>
      <w:r>
        <w:t>EventBridge</w:t>
      </w:r>
      <w:proofErr w:type="spellEnd"/>
      <w:r>
        <w:t xml:space="preserve">, </w:t>
      </w:r>
      <w:proofErr w:type="spellStart"/>
      <w:r>
        <w:t>NestJS</w:t>
      </w:r>
      <w:proofErr w:type="spellEnd"/>
      <w:r>
        <w:t xml:space="preserve">, Rest APIs, </w:t>
      </w:r>
      <w:proofErr w:type="spellStart"/>
      <w:r>
        <w:t>VueJS</w:t>
      </w:r>
      <w:proofErr w:type="spellEnd"/>
      <w:r>
        <w:t xml:space="preserve">, TypeScript, Jest, </w:t>
      </w:r>
      <w:proofErr w:type="spellStart"/>
      <w:r>
        <w:t>NuxtJS</w:t>
      </w:r>
      <w:proofErr w:type="spellEnd"/>
      <w:r>
        <w:t>, Python, MongoDB, Prisma, Postgres.</w:t>
      </w:r>
    </w:p>
    <w:p w14:paraId="29BACEB0" w14:textId="77777777" w:rsidR="00344B13" w:rsidRDefault="00344B13">
      <w:pPr>
        <w:pStyle w:val="SmallTech"/>
        <w:spacing w:after="24" w:line="240" w:lineRule="auto"/>
        <w:ind w:left="238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E66242" w14:paraId="040CA1ED" w14:textId="77777777">
        <w:trPr>
          <w:jc w:val="center"/>
        </w:trPr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5F3A4" w14:textId="77777777" w:rsidR="00E66242" w:rsidRDefault="005369D0">
            <w:pPr>
              <w:pStyle w:val="RoleLine"/>
              <w:spacing w:after="0"/>
            </w:pPr>
            <w:r>
              <w:t xml:space="preserve">Senior Full Stack Engineer | </w:t>
            </w:r>
            <w:proofErr w:type="spellStart"/>
            <w:r>
              <w:t>SkiBro</w:t>
            </w:r>
            <w:proofErr w:type="spellEnd"/>
            <w:r>
              <w:t xml:space="preserve"> Technologies Ltd, Europe</w:t>
            </w:r>
          </w:p>
        </w:tc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08D61" w14:textId="77777777" w:rsidR="00E66242" w:rsidRDefault="005369D0">
            <w:pPr>
              <w:spacing w:after="0"/>
              <w:jc w:val="right"/>
            </w:pPr>
            <w:r>
              <w:rPr>
                <w:b/>
                <w:color w:val="1F4E79"/>
              </w:rPr>
              <w:t>Jun 2018 - May 2020</w:t>
            </w:r>
          </w:p>
        </w:tc>
      </w:tr>
    </w:tbl>
    <w:p w14:paraId="73ACB2D9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Revamped the entire company backend architecture using AWS serverless technology.</w:t>
      </w:r>
    </w:p>
    <w:p w14:paraId="4356200C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Transformed the frontend offering with ReactJS.</w:t>
      </w:r>
    </w:p>
    <w:p w14:paraId="5A1857E1" w14:textId="77777777" w:rsidR="00E66242" w:rsidRDefault="005369D0">
      <w:pPr>
        <w:spacing w:after="14" w:line="240" w:lineRule="auto"/>
        <w:ind w:left="144" w:hanging="115"/>
        <w:rPr>
          <w:sz w:val="16"/>
        </w:rPr>
      </w:pPr>
      <w:r>
        <w:rPr>
          <w:sz w:val="16"/>
        </w:rPr>
        <w:t>•</w:t>
      </w:r>
      <w:r>
        <w:rPr>
          <w:sz w:val="16"/>
        </w:rPr>
        <w:tab/>
        <w:t>Specified and built key business software that generated over £600k in sales during the first year, with capacity to process £3M the following year.</w:t>
      </w:r>
    </w:p>
    <w:p w14:paraId="40C2F3EF" w14:textId="77777777" w:rsidR="0083287F" w:rsidRDefault="0083287F">
      <w:pPr>
        <w:spacing w:after="14" w:line="240" w:lineRule="auto"/>
        <w:ind w:left="144" w:hanging="115"/>
        <w:rPr>
          <w:sz w:val="16"/>
        </w:rPr>
      </w:pPr>
    </w:p>
    <w:p w14:paraId="48A1B744" w14:textId="77777777" w:rsidR="0083287F" w:rsidRDefault="0083287F">
      <w:pPr>
        <w:spacing w:after="14" w:line="240" w:lineRule="auto"/>
        <w:ind w:left="144" w:hanging="115"/>
        <w:rPr>
          <w:sz w:val="16"/>
        </w:rPr>
      </w:pPr>
    </w:p>
    <w:p w14:paraId="27D0976D" w14:textId="77777777" w:rsidR="00344B13" w:rsidRDefault="00344B13">
      <w:pPr>
        <w:spacing w:after="14" w:line="240" w:lineRule="auto"/>
        <w:ind w:left="144" w:hanging="115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E66242" w14:paraId="59E16286" w14:textId="77777777">
        <w:trPr>
          <w:jc w:val="center"/>
        </w:trPr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045AD" w14:textId="77777777" w:rsidR="00E66242" w:rsidRDefault="005369D0">
            <w:pPr>
              <w:pStyle w:val="RoleLine"/>
              <w:spacing w:after="0"/>
            </w:pPr>
            <w:r>
              <w:t>CTO | Nobound.io</w:t>
            </w:r>
          </w:p>
        </w:tc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DF01E" w14:textId="77777777" w:rsidR="00E66242" w:rsidRDefault="005369D0">
            <w:pPr>
              <w:spacing w:after="0"/>
              <w:jc w:val="right"/>
            </w:pPr>
            <w:r>
              <w:rPr>
                <w:b/>
                <w:color w:val="1F4E79"/>
              </w:rPr>
              <w:t>2018 - 2020</w:t>
            </w:r>
          </w:p>
        </w:tc>
      </w:tr>
    </w:tbl>
    <w:p w14:paraId="368D8E4A" w14:textId="77777777" w:rsidR="00E66242" w:rsidRDefault="005369D0">
      <w:pPr>
        <w:keepNext/>
        <w:spacing w:after="0" w:line="240" w:lineRule="auto"/>
      </w:pPr>
      <w:r>
        <w:rPr>
          <w:i/>
          <w:color w:val="464646"/>
          <w:sz w:val="16"/>
        </w:rPr>
        <w:t>Remote</w:t>
      </w:r>
    </w:p>
    <w:p w14:paraId="6F987E07" w14:textId="77777777" w:rsidR="00E66242" w:rsidRDefault="005369D0">
      <w:pPr>
        <w:spacing w:after="14" w:line="240" w:lineRule="auto"/>
        <w:ind w:left="144" w:hanging="115"/>
        <w:rPr>
          <w:sz w:val="16"/>
        </w:rPr>
      </w:pPr>
      <w:r>
        <w:rPr>
          <w:sz w:val="16"/>
        </w:rPr>
        <w:t>•</w:t>
      </w:r>
      <w:r>
        <w:rPr>
          <w:sz w:val="16"/>
        </w:rPr>
        <w:tab/>
        <w:t>Oversaw all IT dimensions of the business.</w:t>
      </w:r>
    </w:p>
    <w:p w14:paraId="03036AED" w14:textId="77777777" w:rsidR="00344B13" w:rsidRDefault="00344B13">
      <w:pPr>
        <w:spacing w:after="14" w:line="240" w:lineRule="auto"/>
        <w:ind w:left="144" w:hanging="115"/>
        <w:rPr>
          <w:sz w:val="16"/>
        </w:rPr>
      </w:pPr>
    </w:p>
    <w:p w14:paraId="34AE3F77" w14:textId="77777777" w:rsidR="00344B13" w:rsidRDefault="00344B13">
      <w:pPr>
        <w:spacing w:after="14" w:line="240" w:lineRule="auto"/>
        <w:ind w:left="144" w:hanging="115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E66242" w14:paraId="654F0DB1" w14:textId="77777777">
        <w:trPr>
          <w:jc w:val="center"/>
        </w:trPr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7C7E1" w14:textId="77777777" w:rsidR="00E66242" w:rsidRDefault="005369D0">
            <w:pPr>
              <w:pStyle w:val="RoleLine"/>
              <w:spacing w:after="0"/>
            </w:pPr>
            <w:r>
              <w:t>AngularJS Developer | British Airways</w:t>
            </w:r>
          </w:p>
        </w:tc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BEDD0" w14:textId="77777777" w:rsidR="00E66242" w:rsidRDefault="005369D0">
            <w:pPr>
              <w:spacing w:after="0"/>
              <w:jc w:val="right"/>
            </w:pPr>
            <w:r>
              <w:rPr>
                <w:b/>
                <w:color w:val="1F4E79"/>
              </w:rPr>
              <w:t>Apr 2018 - Jun 2018</w:t>
            </w:r>
          </w:p>
        </w:tc>
      </w:tr>
    </w:tbl>
    <w:p w14:paraId="24CD23EE" w14:textId="77777777" w:rsidR="00E66242" w:rsidRDefault="005369D0">
      <w:pPr>
        <w:keepNext/>
        <w:spacing w:after="0" w:line="240" w:lineRule="auto"/>
      </w:pPr>
      <w:r>
        <w:rPr>
          <w:i/>
          <w:color w:val="464646"/>
          <w:sz w:val="16"/>
        </w:rPr>
        <w:t>Contract</w:t>
      </w:r>
    </w:p>
    <w:p w14:paraId="6CE83920" w14:textId="77777777" w:rsidR="00E66242" w:rsidRDefault="005369D0">
      <w:pPr>
        <w:spacing w:after="14" w:line="240" w:lineRule="auto"/>
        <w:ind w:left="144" w:hanging="115"/>
        <w:rPr>
          <w:sz w:val="16"/>
        </w:rPr>
      </w:pPr>
      <w:r>
        <w:rPr>
          <w:sz w:val="16"/>
        </w:rPr>
        <w:t>•</w:t>
      </w:r>
      <w:r>
        <w:rPr>
          <w:sz w:val="16"/>
        </w:rPr>
        <w:tab/>
        <w:t>Developed web application components operating on BA’s customer-facing ba.com.</w:t>
      </w:r>
    </w:p>
    <w:p w14:paraId="6CD961A3" w14:textId="77777777" w:rsidR="0083287F" w:rsidRDefault="0083287F">
      <w:pPr>
        <w:spacing w:after="14" w:line="240" w:lineRule="auto"/>
        <w:ind w:left="144" w:hanging="115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E66242" w14:paraId="01DF5619" w14:textId="77777777">
        <w:trPr>
          <w:jc w:val="center"/>
        </w:trPr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46E66" w14:textId="77777777" w:rsidR="00E66242" w:rsidRDefault="005369D0">
            <w:pPr>
              <w:pStyle w:val="RoleLine"/>
              <w:spacing w:after="0"/>
            </w:pPr>
            <w:r>
              <w:t>Senior JavaScript Engineer | Clicktripz.com LLC, USA</w:t>
            </w:r>
          </w:p>
        </w:tc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BF694" w14:textId="77777777" w:rsidR="00E66242" w:rsidRDefault="005369D0">
            <w:pPr>
              <w:spacing w:after="0"/>
              <w:jc w:val="right"/>
            </w:pPr>
            <w:r>
              <w:rPr>
                <w:b/>
                <w:color w:val="1F4E79"/>
              </w:rPr>
              <w:t>Oct 2016 - Feb 2018</w:t>
            </w:r>
          </w:p>
        </w:tc>
      </w:tr>
    </w:tbl>
    <w:p w14:paraId="6FF6B7C0" w14:textId="77777777" w:rsidR="00E66242" w:rsidRDefault="005369D0">
      <w:pPr>
        <w:keepNext/>
        <w:spacing w:after="0" w:line="240" w:lineRule="auto"/>
      </w:pPr>
      <w:r>
        <w:rPr>
          <w:i/>
          <w:color w:val="464646"/>
          <w:sz w:val="16"/>
        </w:rPr>
        <w:t>Contract</w:t>
      </w:r>
    </w:p>
    <w:p w14:paraId="66F42335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Developed frontend code for large Online Travel Agencies (OTAs).</w:t>
      </w:r>
    </w:p>
    <w:p w14:paraId="3EF78C95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Created automation tools to streamline workflows.</w:t>
      </w:r>
    </w:p>
    <w:p w14:paraId="39D91249" w14:textId="38833C4F" w:rsidR="00E66242" w:rsidRDefault="00E66242"/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E66242" w14:paraId="4CB2F3F3" w14:textId="77777777">
        <w:trPr>
          <w:jc w:val="center"/>
        </w:trPr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F5269" w14:textId="77777777" w:rsidR="00E66242" w:rsidRDefault="005369D0">
            <w:pPr>
              <w:pStyle w:val="RoleLine"/>
              <w:spacing w:after="0"/>
            </w:pPr>
            <w:r>
              <w:t>Senior AngularJS Developer | Comply Advantage Ltd</w:t>
            </w:r>
          </w:p>
        </w:tc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96276" w14:textId="77777777" w:rsidR="00E66242" w:rsidRDefault="005369D0">
            <w:pPr>
              <w:spacing w:after="0"/>
              <w:jc w:val="right"/>
            </w:pPr>
            <w:r>
              <w:rPr>
                <w:b/>
                <w:color w:val="1F4E79"/>
              </w:rPr>
              <w:t>Mar 2016 - Oct 2016</w:t>
            </w:r>
          </w:p>
        </w:tc>
      </w:tr>
    </w:tbl>
    <w:p w14:paraId="08459C21" w14:textId="77777777" w:rsidR="00E66242" w:rsidRDefault="005369D0">
      <w:pPr>
        <w:keepNext/>
        <w:spacing w:after="0" w:line="240" w:lineRule="auto"/>
      </w:pPr>
      <w:r>
        <w:rPr>
          <w:i/>
          <w:color w:val="464646"/>
          <w:sz w:val="16"/>
        </w:rPr>
        <w:t>Contract</w:t>
      </w:r>
    </w:p>
    <w:p w14:paraId="71835236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Led the overhaul of three Laravel AngularJS projects focused on Anti-Money Laundering.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E66242" w14:paraId="7F72ECF3" w14:textId="77777777">
        <w:trPr>
          <w:jc w:val="center"/>
        </w:trPr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5D29C" w14:textId="77777777" w:rsidR="00E66242" w:rsidRDefault="005369D0">
            <w:pPr>
              <w:pStyle w:val="RoleLine"/>
              <w:spacing w:after="0"/>
            </w:pPr>
            <w:r>
              <w:t>JavaScript Developer | Elektron Technology Ltd</w:t>
            </w:r>
          </w:p>
        </w:tc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D8137" w14:textId="77777777" w:rsidR="00E66242" w:rsidRDefault="005369D0">
            <w:pPr>
              <w:spacing w:after="0"/>
              <w:jc w:val="right"/>
            </w:pPr>
            <w:r>
              <w:rPr>
                <w:b/>
                <w:color w:val="1F4E79"/>
              </w:rPr>
              <w:t>Apr 2015 - Dec 2015</w:t>
            </w:r>
          </w:p>
        </w:tc>
      </w:tr>
    </w:tbl>
    <w:p w14:paraId="76F91B89" w14:textId="77777777" w:rsidR="00E66242" w:rsidRDefault="005369D0">
      <w:pPr>
        <w:keepNext/>
        <w:spacing w:after="0" w:line="240" w:lineRule="auto"/>
      </w:pPr>
      <w:r>
        <w:rPr>
          <w:i/>
          <w:color w:val="464646"/>
          <w:sz w:val="16"/>
        </w:rPr>
        <w:t>Contract</w:t>
      </w:r>
    </w:p>
    <w:p w14:paraId="4DA26150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Developed a production-ready mobile and web application from prototype stage.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E66242" w14:paraId="3EF01C56" w14:textId="77777777">
        <w:trPr>
          <w:jc w:val="center"/>
        </w:trPr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C0E5B" w14:textId="77777777" w:rsidR="00E66242" w:rsidRDefault="005369D0">
            <w:pPr>
              <w:pStyle w:val="RoleLine"/>
              <w:spacing w:after="0"/>
            </w:pPr>
            <w:r>
              <w:t>JavaScript and Web Technologies Developer | Mason Digital Ltd</w:t>
            </w:r>
          </w:p>
        </w:tc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FA029" w14:textId="77777777" w:rsidR="00E66242" w:rsidRDefault="005369D0">
            <w:pPr>
              <w:spacing w:after="0"/>
              <w:jc w:val="right"/>
            </w:pPr>
            <w:r>
              <w:rPr>
                <w:b/>
                <w:color w:val="1F4E79"/>
              </w:rPr>
              <w:t>Aug 2013 - Mar 2015</w:t>
            </w:r>
          </w:p>
        </w:tc>
      </w:tr>
    </w:tbl>
    <w:p w14:paraId="1C7BE81C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Principal developer for three significant projects.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E66242" w14:paraId="20201E60" w14:textId="77777777">
        <w:trPr>
          <w:jc w:val="center"/>
        </w:trPr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43DFB" w14:textId="77777777" w:rsidR="00E66242" w:rsidRDefault="005369D0">
            <w:pPr>
              <w:pStyle w:val="RoleLine"/>
              <w:spacing w:after="0"/>
            </w:pPr>
            <w:r>
              <w:t>Consultant Developer | Intel Corporation</w:t>
            </w:r>
          </w:p>
        </w:tc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AAEC8" w14:textId="77777777" w:rsidR="00E66242" w:rsidRDefault="005369D0">
            <w:pPr>
              <w:spacing w:after="0"/>
              <w:jc w:val="right"/>
            </w:pPr>
            <w:r>
              <w:rPr>
                <w:b/>
                <w:color w:val="1F4E79"/>
              </w:rPr>
              <w:t>Jan 2013 - Jul 2013</w:t>
            </w:r>
          </w:p>
        </w:tc>
      </w:tr>
    </w:tbl>
    <w:p w14:paraId="0B3A1C0D" w14:textId="77777777" w:rsidR="00E66242" w:rsidRDefault="005369D0">
      <w:pPr>
        <w:keepNext/>
        <w:spacing w:after="0" w:line="240" w:lineRule="auto"/>
      </w:pPr>
      <w:r>
        <w:rPr>
          <w:i/>
          <w:color w:val="464646"/>
          <w:sz w:val="16"/>
        </w:rPr>
        <w:t>Contract</w:t>
      </w:r>
    </w:p>
    <w:p w14:paraId="4F52C3A9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Functioned as a web technologies specialist with a focus on PHP and JavaScript.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E66242" w14:paraId="3B376743" w14:textId="77777777">
        <w:trPr>
          <w:jc w:val="center"/>
        </w:trPr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9194A" w14:textId="77777777" w:rsidR="00E66242" w:rsidRDefault="005369D0">
            <w:pPr>
              <w:pStyle w:val="RoleLine"/>
              <w:spacing w:after="0"/>
            </w:pPr>
            <w:r>
              <w:t>Web Developer | Julia &amp; IAS Nika Travel</w:t>
            </w:r>
          </w:p>
        </w:tc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BFF22" w14:textId="77777777" w:rsidR="00E66242" w:rsidRDefault="005369D0">
            <w:pPr>
              <w:spacing w:after="0"/>
              <w:jc w:val="right"/>
            </w:pPr>
            <w:r>
              <w:rPr>
                <w:b/>
                <w:color w:val="1F4E79"/>
              </w:rPr>
              <w:t>Jun 2009 - Dec 2012</w:t>
            </w:r>
          </w:p>
        </w:tc>
      </w:tr>
    </w:tbl>
    <w:p w14:paraId="578139C0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Developed various websites, web applications and mobile web applications.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E66242" w14:paraId="4D381D82" w14:textId="77777777">
        <w:trPr>
          <w:jc w:val="center"/>
        </w:trPr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14E5F" w14:textId="77777777" w:rsidR="00E66242" w:rsidRDefault="005369D0">
            <w:pPr>
              <w:pStyle w:val="RoleLine"/>
              <w:spacing w:after="0"/>
            </w:pPr>
            <w:r>
              <w:t>Data Integration and Warehousing | Citco Data Processing Services Ltd</w:t>
            </w:r>
          </w:p>
        </w:tc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86143" w14:textId="77777777" w:rsidR="00E66242" w:rsidRDefault="005369D0">
            <w:pPr>
              <w:spacing w:after="0"/>
              <w:jc w:val="right"/>
            </w:pPr>
            <w:r>
              <w:rPr>
                <w:b/>
                <w:color w:val="1F4E79"/>
              </w:rPr>
              <w:t>Oct 2007 - May 2009</w:t>
            </w:r>
          </w:p>
        </w:tc>
      </w:tr>
    </w:tbl>
    <w:p w14:paraId="7CD0D9B7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Delivered data warehousing and ETL data migration flows for a billion-dollar infrastructure project and trained junior staff.</w:t>
      </w:r>
    </w:p>
    <w:p w14:paraId="733D4B59" w14:textId="77777777" w:rsidR="00E66242" w:rsidRDefault="005369D0">
      <w:pPr>
        <w:pStyle w:val="SmallTech"/>
        <w:spacing w:after="24" w:line="240" w:lineRule="auto"/>
        <w:ind w:left="238"/>
      </w:pPr>
      <w:r>
        <w:rPr>
          <w:b/>
        </w:rPr>
        <w:t xml:space="preserve">Technology: </w:t>
      </w:r>
      <w:r>
        <w:t>Postgres, Oracle, SQL Server.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E66242" w14:paraId="7264860B" w14:textId="77777777">
        <w:trPr>
          <w:jc w:val="center"/>
        </w:trPr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07791" w14:textId="77777777" w:rsidR="00E66242" w:rsidRDefault="005369D0">
            <w:pPr>
              <w:pStyle w:val="RoleLine"/>
              <w:spacing w:after="0"/>
            </w:pPr>
            <w:r>
              <w:t>IT Consultant | Microgen plc, London</w:t>
            </w:r>
          </w:p>
        </w:tc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7AE40" w14:textId="77777777" w:rsidR="00E66242" w:rsidRDefault="005369D0">
            <w:pPr>
              <w:spacing w:after="0"/>
              <w:jc w:val="right"/>
            </w:pPr>
            <w:r>
              <w:rPr>
                <w:b/>
                <w:color w:val="1F4E79"/>
              </w:rPr>
              <w:t>Aug 2005 - May 2007</w:t>
            </w:r>
          </w:p>
        </w:tc>
      </w:tr>
    </w:tbl>
    <w:p w14:paraId="15774810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Conducted database migration analysis and development with UK Police HQs.</w:t>
      </w:r>
    </w:p>
    <w:p w14:paraId="1C144F3A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Worked on ERM integration with SAP HR and Oracle BI for reporting.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E66242" w14:paraId="630497C2" w14:textId="77777777">
        <w:trPr>
          <w:jc w:val="center"/>
        </w:trPr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02D80" w14:textId="77777777" w:rsidR="00E66242" w:rsidRDefault="005369D0">
            <w:pPr>
              <w:pStyle w:val="RoleLine"/>
              <w:spacing w:after="0"/>
            </w:pPr>
            <w:r>
              <w:t xml:space="preserve">Database Developer | </w:t>
            </w:r>
            <w:proofErr w:type="spellStart"/>
            <w:r>
              <w:t>EdF</w:t>
            </w:r>
            <w:proofErr w:type="spellEnd"/>
            <w:r>
              <w:t xml:space="preserve"> Energy plc, Brighton &amp; Hove</w:t>
            </w:r>
          </w:p>
        </w:tc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E61A4" w14:textId="77777777" w:rsidR="00E66242" w:rsidRDefault="005369D0">
            <w:pPr>
              <w:spacing w:after="0"/>
              <w:jc w:val="right"/>
            </w:pPr>
            <w:r>
              <w:rPr>
                <w:b/>
                <w:color w:val="1F4E79"/>
              </w:rPr>
              <w:t>Dec 2002 - Jul 2005</w:t>
            </w:r>
          </w:p>
        </w:tc>
      </w:tr>
    </w:tbl>
    <w:p w14:paraId="423EDCBF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Developed and maintained multi-user database applications.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E66242" w14:paraId="7023022C" w14:textId="77777777">
        <w:trPr>
          <w:jc w:val="center"/>
        </w:trPr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75B1D" w14:textId="77777777" w:rsidR="00E66242" w:rsidRDefault="005369D0">
            <w:pPr>
              <w:pStyle w:val="RoleLine"/>
              <w:spacing w:after="0"/>
            </w:pPr>
            <w:r>
              <w:t>Data Entry</w:t>
            </w:r>
          </w:p>
        </w:tc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F2534" w14:textId="77777777" w:rsidR="00E66242" w:rsidRDefault="005369D0">
            <w:pPr>
              <w:spacing w:after="0"/>
              <w:jc w:val="right"/>
            </w:pPr>
            <w:r>
              <w:rPr>
                <w:b/>
                <w:color w:val="1F4E79"/>
              </w:rPr>
              <w:t>Nov 1998 - Nov 2002</w:t>
            </w:r>
          </w:p>
        </w:tc>
      </w:tr>
    </w:tbl>
    <w:p w14:paraId="0A1745DD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Handled customer calls and trained new staff.</w:t>
      </w:r>
    </w:p>
    <w:p w14:paraId="39DFF259" w14:textId="77777777" w:rsidR="00E66242" w:rsidRDefault="005369D0">
      <w:pPr>
        <w:pStyle w:val="Heading1"/>
        <w:pBdr>
          <w:bottom w:val="single" w:sz="6" w:space="2" w:color="1F4E79"/>
        </w:pBdr>
      </w:pPr>
      <w:r>
        <w:t>VOLUNTEERING, INTERESTS AND LEARNING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E66242" w14:paraId="196F2B96" w14:textId="77777777">
        <w:trPr>
          <w:jc w:val="center"/>
        </w:trPr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1099C" w14:textId="77777777" w:rsidR="00E66242" w:rsidRDefault="005369D0">
            <w:pPr>
              <w:pStyle w:val="RoleLine"/>
              <w:spacing w:after="0"/>
            </w:pPr>
            <w:r>
              <w:t>Fractional Chief Technology Officer | TAFU, charity</w:t>
            </w:r>
          </w:p>
        </w:tc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A983D" w14:textId="77777777" w:rsidR="00E66242" w:rsidRDefault="005369D0">
            <w:pPr>
              <w:spacing w:after="0"/>
              <w:jc w:val="right"/>
            </w:pPr>
            <w:r>
              <w:rPr>
                <w:b/>
                <w:color w:val="1F4E79"/>
              </w:rPr>
              <w:t>Feb 2024 - Present</w:t>
            </w:r>
          </w:p>
        </w:tc>
      </w:tr>
    </w:tbl>
    <w:p w14:paraId="58E7E1A6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Work within the field of sustainability and personal responsibility.</w:t>
      </w:r>
    </w:p>
    <w:p w14:paraId="52C87412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Assist with planning and development of initiatives from a technical position.</w:t>
      </w:r>
    </w:p>
    <w:p w14:paraId="6F19BD6A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Oversee a team of volunteer and intern developers building games that are enjoyable and subtly guide players towards a more sustainable and responsible lifestyle.</w:t>
      </w:r>
    </w:p>
    <w:p w14:paraId="49847468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Incorporate game dynamics using Unity, LLM and blockchain.</w:t>
      </w:r>
    </w:p>
    <w:p w14:paraId="79729F02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Research meaningful mobile app offering.</w:t>
      </w:r>
    </w:p>
    <w:p w14:paraId="3D4AF8C7" w14:textId="77777777" w:rsidR="00E66242" w:rsidRDefault="005369D0">
      <w:pPr>
        <w:spacing w:line="240" w:lineRule="auto"/>
      </w:pPr>
      <w:r>
        <w:t xml:space="preserve">Interests and learning: Tennis, </w:t>
      </w:r>
      <w:proofErr w:type="spellStart"/>
      <w:r>
        <w:t>snorkelling</w:t>
      </w:r>
      <w:proofErr w:type="spellEnd"/>
      <w:r>
        <w:t xml:space="preserve">, skiing, AI and automation, blockchain and compliance. Currently studying the implementation of Agentic AI within full stack software engineering workflows and tooling, focusing on Cursor, </w:t>
      </w:r>
      <w:proofErr w:type="spellStart"/>
      <w:r>
        <w:t>ClaudeCode</w:t>
      </w:r>
      <w:proofErr w:type="spellEnd"/>
      <w:r>
        <w:t xml:space="preserve"> and Codex.</w:t>
      </w:r>
    </w:p>
    <w:p w14:paraId="0036B719" w14:textId="77777777" w:rsidR="00E66242" w:rsidRDefault="005369D0">
      <w:pPr>
        <w:pStyle w:val="Heading1"/>
        <w:pBdr>
          <w:bottom w:val="single" w:sz="6" w:space="2" w:color="1F4E79"/>
        </w:pBdr>
      </w:pPr>
      <w:r>
        <w:t>EDUCATION AND PROFESSIONAL DEVELOPMENT</w:t>
      </w:r>
    </w:p>
    <w:p w14:paraId="4E1AF487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Public Git repositories: github.com/</w:t>
      </w:r>
      <w:proofErr w:type="spellStart"/>
      <w:r>
        <w:rPr>
          <w:sz w:val="16"/>
        </w:rPr>
        <w:t>shaununderwood</w:t>
      </w:r>
      <w:proofErr w:type="spellEnd"/>
      <w:r>
        <w:rPr>
          <w:sz w:val="16"/>
        </w:rPr>
        <w:t xml:space="preserve"> | gitlab.com/</w:t>
      </w:r>
      <w:proofErr w:type="spellStart"/>
      <w:r>
        <w:rPr>
          <w:sz w:val="16"/>
        </w:rPr>
        <w:t>shaununderwood</w:t>
      </w:r>
      <w:proofErr w:type="spellEnd"/>
    </w:p>
    <w:p w14:paraId="7B23AC98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Professional: Member of the British Computing Society.</w:t>
      </w:r>
    </w:p>
    <w:p w14:paraId="22A12B5F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BCS Foundation Certificate in the Ethical Build of AI.</w:t>
      </w:r>
    </w:p>
    <w:p w14:paraId="1C09A16C" w14:textId="77777777" w:rsidR="00E66242" w:rsidRDefault="005369D0">
      <w:pPr>
        <w:spacing w:after="14" w:line="240" w:lineRule="auto"/>
        <w:ind w:left="144" w:hanging="115"/>
      </w:pPr>
      <w:r>
        <w:rPr>
          <w:sz w:val="16"/>
        </w:rPr>
        <w:t>•</w:t>
      </w:r>
      <w:r>
        <w:rPr>
          <w:sz w:val="16"/>
        </w:rPr>
        <w:tab/>
        <w:t>University of Brighton: BSc (Hons) Software Engineering, 2.1.</w:t>
      </w:r>
    </w:p>
    <w:sectPr w:rsidR="00E66242" w:rsidSect="00034616">
      <w:pgSz w:w="12240" w:h="15840"/>
      <w:pgMar w:top="691" w:right="893" w:bottom="66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6693">
    <w:abstractNumId w:val="8"/>
  </w:num>
  <w:num w:numId="2" w16cid:durableId="1219583836">
    <w:abstractNumId w:val="6"/>
  </w:num>
  <w:num w:numId="3" w16cid:durableId="1494679844">
    <w:abstractNumId w:val="5"/>
  </w:num>
  <w:num w:numId="4" w16cid:durableId="373817628">
    <w:abstractNumId w:val="4"/>
  </w:num>
  <w:num w:numId="5" w16cid:durableId="2069843478">
    <w:abstractNumId w:val="7"/>
  </w:num>
  <w:num w:numId="6" w16cid:durableId="1784106854">
    <w:abstractNumId w:val="3"/>
  </w:num>
  <w:num w:numId="7" w16cid:durableId="362638233">
    <w:abstractNumId w:val="2"/>
  </w:num>
  <w:num w:numId="8" w16cid:durableId="572007491">
    <w:abstractNumId w:val="1"/>
  </w:num>
  <w:num w:numId="9" w16cid:durableId="4568703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1AC5"/>
    <w:rsid w:val="0015074B"/>
    <w:rsid w:val="0029639D"/>
    <w:rsid w:val="002D381A"/>
    <w:rsid w:val="00315D11"/>
    <w:rsid w:val="00326F90"/>
    <w:rsid w:val="00344B13"/>
    <w:rsid w:val="0051285A"/>
    <w:rsid w:val="005369D0"/>
    <w:rsid w:val="00590A29"/>
    <w:rsid w:val="00627779"/>
    <w:rsid w:val="0078287B"/>
    <w:rsid w:val="0083287F"/>
    <w:rsid w:val="00AA1D8D"/>
    <w:rsid w:val="00B064C6"/>
    <w:rsid w:val="00B3215B"/>
    <w:rsid w:val="00B47730"/>
    <w:rsid w:val="00CB0664"/>
    <w:rsid w:val="00D174BE"/>
    <w:rsid w:val="00E35F92"/>
    <w:rsid w:val="00E662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58CB05"/>
  <w14:defaultImageDpi w14:val="300"/>
  <w15:docId w15:val="{9E6C99D9-1684-F64C-BF6A-C1686CB4F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4" w:line="245" w:lineRule="auto"/>
    </w:pPr>
    <w:rPr>
      <w:rFonts w:ascii="Arial" w:eastAsia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/>
      <w:b/>
      <w:bCs/>
      <w:color w:val="1F4E79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20"/>
      <w:outlineLvl w:val="1"/>
    </w:pPr>
    <w:rPr>
      <w:rFonts w:asciiTheme="majorHAnsi" w:eastAsiaTheme="majorEastAsia" w:hAnsiTheme="majorHAnsi" w:cstheme="majorBidi"/>
      <w:b/>
      <w:bCs/>
      <w:color w:val="000000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Style">
    <w:name w:val="NameStyle"/>
    <w:pPr>
      <w:spacing w:after="60"/>
      <w:jc w:val="center"/>
    </w:pPr>
    <w:rPr>
      <w:rFonts w:ascii="Arial" w:eastAsia="Arial" w:hAnsi="Arial"/>
      <w:b/>
      <w:color w:val="505050"/>
      <w:sz w:val="40"/>
    </w:rPr>
  </w:style>
  <w:style w:type="paragraph" w:customStyle="1" w:styleId="Subtitle1">
    <w:name w:val="Subtitle1"/>
    <w:pPr>
      <w:spacing w:after="60"/>
      <w:jc w:val="center"/>
    </w:pPr>
    <w:rPr>
      <w:rFonts w:ascii="Arial" w:eastAsia="Arial" w:hAnsi="Arial"/>
      <w:b/>
      <w:color w:val="000000"/>
      <w:sz w:val="19"/>
    </w:rPr>
  </w:style>
  <w:style w:type="paragraph" w:customStyle="1" w:styleId="Contact">
    <w:name w:val="Contact"/>
    <w:pPr>
      <w:jc w:val="center"/>
    </w:pPr>
    <w:rPr>
      <w:rFonts w:ascii="Arial" w:eastAsia="Arial" w:hAnsi="Arial"/>
      <w:color w:val="000000"/>
      <w:sz w:val="17"/>
    </w:rPr>
  </w:style>
  <w:style w:type="paragraph" w:customStyle="1" w:styleId="RoleLine">
    <w:name w:val="RoleLine"/>
    <w:pPr>
      <w:spacing w:after="20"/>
    </w:pPr>
    <w:rPr>
      <w:rFonts w:ascii="Arial" w:eastAsia="Arial" w:hAnsi="Arial"/>
      <w:b/>
      <w:color w:val="000000"/>
      <w:sz w:val="17"/>
    </w:rPr>
  </w:style>
  <w:style w:type="paragraph" w:customStyle="1" w:styleId="SmallTech">
    <w:name w:val="SmallTech"/>
    <w:pPr>
      <w:spacing w:after="20"/>
    </w:pPr>
    <w:rPr>
      <w:rFonts w:ascii="Arial" w:eastAsia="Arial" w:hAnsi="Arial"/>
      <w:color w:val="464646"/>
      <w:sz w:val="15"/>
    </w:rPr>
  </w:style>
  <w:style w:type="character" w:styleId="Hyperlink">
    <w:name w:val="Hyperlink"/>
    <w:basedOn w:val="DefaultParagraphFont"/>
    <w:uiPriority w:val="99"/>
    <w:unhideWhenUsed/>
    <w:rsid w:val="0083287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28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linkedin.com/in/shaun-u-71371229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u@sunderwood.co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SHAUN UNDERWOOD CV 2026</vt:lpstr>
    </vt:vector>
  </TitlesOfParts>
  <Manager/>
  <Company/>
  <LinksUpToDate>false</LinksUpToDate>
  <CharactersWithSpaces>7185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SHAUN UNDERWOOD CV 2026</dc:title>
  <dc:subject>Hands-on CTO | Senior Full Stack Engineer | Solutions Architect | Process Analyst</dc:subject>
  <dc:creator>Shaun P Underwood</dc:creator>
  <cp:keywords>CTO, Hands-on CTO, Senior Full Stack Engineer, Solutions Architect, AWS, GCP, TypeScript, JavaScript, NodeJS, ReactJS, VueJS, Python, SQL, SaaS, AI, Blockchain, Web3, Cyber Essentials</cp:keywords>
  <dc:description>Hands-on CTO with 25+ years in IT leadership, strategy, project delivery, cost reduction, blockchain, performance and scalability.</dc:description>
  <cp:lastModifiedBy>Shaun Underwood</cp:lastModifiedBy>
  <cp:revision>5</cp:revision>
  <cp:lastPrinted>2026-06-19T08:26:00Z</cp:lastPrinted>
  <dcterms:created xsi:type="dcterms:W3CDTF">2026-06-04T13:56:00Z</dcterms:created>
  <dcterms:modified xsi:type="dcterms:W3CDTF">2026-10-08T06:12:00Z</dcterms:modified>
  <cp:category>Curriculum Vitae</cp:category>
</cp:coreProperties>
</file>